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SLAHDA MEMBERSHIP LETTER OF INTEREST TEMPLATE</w:t>
      </w:r>
    </w:p>
    <w:p>
      <w:pPr>
        <w:jc w:val="center"/>
      </w:pPr>
      <w:r>
        <w:rPr>
          <w:b/>
          <w:i/>
        </w:rPr>
        <w:t>Sri Lanka Aid and Humanitarian Development Agency</w:t>
      </w:r>
    </w:p>
    <w:p>
      <w:pPr>
        <w:jc w:val="center"/>
      </w:pPr>
      <w:r>
        <w:t>Approved Controlled English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Document reference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SLAHDA-MEM-TPL-000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Version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1.0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Approval authority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SLAHDA Board of Directors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Effective date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t>20 September 2026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Document owner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SLAHDA Secretariat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Classification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Public Controlled Document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t>Controlled language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t>English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t>Review date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</w:tcPr>
          <w:p>
            <w:pPr>
              <w:spacing w:after="0"/>
            </w:pPr>
            <w:r>
              <w:t>20 September 2027 or earlier if amended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Status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Approved Controlled Template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Supersedes</w:t>
            </w:r>
          </w:p>
        </w:tc>
        <w:tc>
          <w:tcPr>
            <w:tcW w:type="dxa" w:w="25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EF"/>
          </w:tcPr>
          <w:p>
            <w:pPr>
              <w:spacing w:after="0"/>
            </w:pPr>
            <w:r>
              <w:t>All previous draft versions</w:t>
            </w:r>
          </w:p>
        </w:tc>
      </w:tr>
    </w:tbl>
    <w:p>
      <w:pPr>
        <w:pStyle w:val="Heading1"/>
      </w:pPr>
      <w:r>
        <w:t>Instructions for Prospective Members</w:t>
      </w:r>
    </w:p>
    <w:p>
      <w:pPr>
        <w:pStyle w:val="ListNumber"/>
      </w:pPr>
      <w:r>
        <w:t>Complete this letter, sign it, convert the duly completed and signed letter to PDF, and email it with your current curriculum vitae to the Secretary General of SLAHDA at info@slahda.org.</w:t>
      </w:r>
    </w:p>
    <w:p>
      <w:pPr>
        <w:pStyle w:val="ListNumber"/>
      </w:pPr>
      <w:r>
        <w:t>Select only General, Student or Volunteer Membership. Honorary and Governing Memberships follow separate nomination and approval procedures.</w:t>
      </w:r>
    </w:p>
    <w:p>
      <w:pPr>
        <w:pStyle w:val="ListNumber"/>
      </w:pPr>
      <w:r>
        <w:t>Do not attach identity documents, confidential declarations, financial information or sensitive personal records at this initial stage.</w:t>
      </w:r>
    </w:p>
    <w:p>
      <w:pPr>
        <w:pStyle w:val="ListNumber"/>
      </w:pPr>
      <w:r>
        <w:t>Submission of this letter does not constitute a membership application and does not create membership, employment, project appointment, authority, payment or any right to admission.</w:t>
      </w:r>
    </w:p>
    <w:p>
      <w:pPr>
        <w:pStyle w:val="ListNumber"/>
      </w:pPr>
      <w:r>
        <w:t>After initial review, SLAHDA may issue an application reference and secure access to the appropriate category-specific application.</w:t>
      </w:r>
    </w:p>
    <w:p>
      <w:pPr>
        <w:pStyle w:val="Heading1"/>
      </w:pPr>
      <w:r>
        <w:t>Letter of Interest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Date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Applicant full name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Postal address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Email address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Telephone number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</w:tbl>
    <w:p>
      <w:r>
        <w:rPr>
          <w:b/>
        </w:rPr>
        <w:t xml:space="preserve">To: </w:t>
      </w:r>
      <w:r>
        <w:t>The Secretary General</w:t>
        <w:br/>
        <w:t>Sri Lanka Aid and Humanitarian Development Agency</w:t>
        <w:br/>
        <w:t>No. 32, Sri Sambuddathwa Jayanthi Mawatha</w:t>
        <w:br/>
        <w:t>Colombo 05, Sri Lanka</w:t>
      </w:r>
    </w:p>
    <w:p>
      <w:r>
        <w:rPr>
          <w:b/>
        </w:rPr>
        <w:t>Subject: Expression of Interest in SLAHDA Membership</w:t>
      </w:r>
    </w:p>
    <w:p>
      <w:r>
        <w:t>Dear Secretary General,</w:t>
      </w:r>
    </w:p>
    <w:p>
      <w:r>
        <w:t>I respectfully submit this Letter of Interest to be considered for membership of the Sri Lanka Aid and Humanitarian Development Agency. I wish to support SLAHDA’s humanitarian, social development and environmental objectives through my knowledge, experience, skills and available service.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Membership category of interest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General Membership   ☐ Student Membership   ☐ Volunteer Membership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r>
              <w:t>Current occupation, institution or course of study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Highest relevant qualification or principal area of experience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r>
              <w:t>Preferred programme, project or service area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Preferred location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National   ☐ Province or District: __________________   ☐ Remote or online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General availability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</w:tbl>
    <w:p>
      <w:pPr>
        <w:pStyle w:val="Heading2"/>
      </w:pPr>
      <w:r>
        <w:t>Statement of Interest</w:t>
      </w:r>
    </w:p>
    <w:p>
      <w:r>
        <w:t>Please briefly explain why you wish to join SLAHDA and how you believe you can contribute: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I attach my current curriculum vitae for initial review. I will convert this duly completed and signed letter to PDF and email it with my current curriculum vitae to info@slahda.org. I confirm that the information in this letter and my curriculum vitae is accurate to the best of my knowledge. I understand that SLAHDA may contact me for clarification and that any subsequent application will be subject to secure submission, verification, review and formal approval.</w:t>
      </w:r>
    </w:p>
    <w:p>
      <w:r>
        <w:t>I understand that SLAHDA may decline to proceed with an application where membership requirements, programme needs or suitability considerations are not met. I will not represent myself as a SLAHDA member unless and until I receive formal written approval.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Applicant full name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Signature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Date and place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Curriculum vitae attached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Yes</w:t>
            </w:r>
          </w:p>
        </w:tc>
      </w:tr>
    </w:tbl>
    <w:p>
      <w:pPr>
        <w:pStyle w:val="Heading1"/>
      </w:pPr>
      <w:r>
        <w:t>For SLAHDA Official Use Only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Expression of interest reference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Date received and acknowledged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Curriculum vitae received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Yes   ☐ Further information requested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Initial category assessment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General   ☐ Student   ☐ Volunteer   ☐ Not suitable to proceed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Initial review completed by and date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Decision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☐ Invite application   ☐ Seek clarification   ☐ Hold   ☐ Close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Application access issued and expiry date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0F6"/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  <w:t>Remarks</w:t>
            </w:r>
          </w:p>
        </w:tc>
        <w:tc>
          <w:tcPr>
            <w:tcW w:type="dxa" w:w="504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rFonts w:ascii="Calibri" w:hAnsi="Calibri"/>
                <w:sz w:val="20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91" w:right="1080" w:bottom="691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t xml:space="preserve">SLAHDA-MEM-TPL-000  |  Version 1.0  |  Approved Controlled English Template  |  Page </w:t>
    </w:r>
    <w:r>
      <w:fldChar w:fldCharType="begin"/>
      <w:instrText xml:space="preserve">PAGE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595959"/>
        <w:sz w:val="16"/>
      </w:rPr>
      <w:t>SLAHDA  |  MEMBERSHIP LETTER OF INTEREST  |  SLAHDA-MEM-TPL-000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SLAHDA Membership Letter of Interest Template</dc:title>
  <dc:subject>Approved Controlled Membership Letter of Interest Template</dc:subject>
  <dc:creator>python-docx</dc:creator>
  <cp:keywords/>
  <dc:description>Final controlled Version 1.0 effective 20 September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